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STAR interview answer worksheet</w:t>
      </w:r>
    </w:p>
    <w:p>
      <w:r>
        <w:t>Use one real event per worksheet. Write notes that you can explain in your own words.</w:t>
      </w:r>
    </w:p>
    <w:p>
      <w:pPr>
        <w:pStyle w:val="Heading1"/>
      </w:pPr>
      <w:r>
        <w:t>Question or skill being tested</w:t>
      </w:r>
    </w:p>
    <w:p>
      <w:r>
        <w:t>[Question and the requirement it relates to]</w:t>
      </w:r>
    </w:p>
    <w:p>
      <w:pPr>
        <w:pStyle w:val="Heading1"/>
      </w:pPr>
      <w:r>
        <w:t>Situation</w:t>
      </w:r>
    </w:p>
    <w:p>
      <w:r>
        <w:t>[Where and when did this happen? What was the relevant context?]</w:t>
      </w:r>
    </w:p>
    <w:p>
      <w:pPr>
        <w:pStyle w:val="Heading1"/>
      </w:pPr>
      <w:r>
        <w:t>Task</w:t>
      </w:r>
    </w:p>
    <w:p>
      <w:r>
        <w:t>[What were you personally responsible for? What had to be achieved?]</w:t>
      </w:r>
    </w:p>
    <w:p>
      <w:pPr>
        <w:pStyle w:val="Heading1"/>
      </w:pPr>
      <w:r>
        <w:t>Action</w:t>
      </w:r>
    </w:p>
    <w:p>
      <w:r>
        <w:t>[What did you do first? What did you check or decide? What did you do next?]</w:t>
      </w:r>
    </w:p>
    <w:p>
      <w:pPr>
        <w:pStyle w:val="Heading1"/>
      </w:pPr>
      <w:r>
        <w:t>Result</w:t>
      </w:r>
    </w:p>
    <w:p>
      <w:r>
        <w:t>[What happened? What evidence supports this? What did you learn?]</w:t>
      </w:r>
    </w:p>
    <w:p>
      <w:pPr>
        <w:pStyle w:val="Heading1"/>
      </w:pPr>
      <w:r>
        <w:t>Follow-up details</w:t>
      </w:r>
    </w:p>
    <w:p>
      <w:r>
        <w:t>[What was difficult? What would you change? Which parts were your work?]</w:t>
      </w:r>
    </w:p>
    <w:p>
      <w:pPr>
        <w:pStyle w:val="Heading1"/>
      </w:pPr>
      <w:r>
        <w:t>Rehearsal notes</w:t>
      </w:r>
    </w:p>
    <w:p>
      <w:r>
        <w:t>[Which detail can you shorten? Which action needs a clearer explanation?]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Arial" w:hAnsi="Arial"/>
      <w:color w:val="000000"/>
      <w:sz w:val="22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 interview answer worksheet</dc:title>
  <dc:subject>Editable application template</dc:subject>
  <dc:creator>Sduella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