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 nome completo</w:t>
      </w:r>
    </w:p>
    <w:p>
      <w:r>
        <w:t>[Cidade e estado] | [Telefone] | [E-mail] | [Portfólio ou LinkedIn, se relevante]</w:t>
      </w:r>
    </w:p>
    <w:p>
      <w:pPr>
        <w:pStyle w:val="Heading1"/>
      </w:pPr>
      <w:r>
        <w:t>OBJETIVO</w:t>
      </w:r>
    </w:p>
    <w:p>
      <w:r>
        <w:t>[Cargo ou área da vaga para a qual você está se candidatando]</w:t>
      </w:r>
    </w:p>
    <w:p>
      <w:pPr>
        <w:pStyle w:val="Heading1"/>
      </w:pPr>
      <w:r>
        <w:t>FORMAÇÃO</w:t>
      </w:r>
    </w:p>
    <w:p>
      <w:r>
        <w:t>[Curso ou nível de ensino] — [Instituição]</w:t>
      </w:r>
    </w:p>
    <w:p>
      <w:r>
        <w:t>[Conclusão ou previsão de conclusão]</w:t>
      </w:r>
    </w:p>
    <w:p>
      <w:r>
        <w:t>[Disciplinas ou atividades relevantes para a vaga]</w:t>
      </w:r>
    </w:p>
    <w:p>
      <w:pPr>
        <w:pStyle w:val="Heading1"/>
      </w:pPr>
      <w:r>
        <w:t>PROJETOS E ATIVIDADES</w:t>
      </w:r>
    </w:p>
    <w:p>
      <w:r>
        <w:t>[Projeto, voluntariado ou atividade] — [Período]</w:t>
      </w:r>
    </w:p>
    <w:p>
      <w:pPr>
        <w:pStyle w:val="ListBullet"/>
      </w:pPr>
      <w:r>
        <w:t>[O que você fez, a ferramenta ou método utilizado e o resultado observado]</w:t>
      </w:r>
    </w:p>
    <w:p>
      <w:pPr>
        <w:pStyle w:val="ListBullet"/>
      </w:pPr>
      <w:r>
        <w:t>[Uma segunda tarefa relevante]</w:t>
      </w:r>
    </w:p>
    <w:p>
      <w:pPr>
        <w:pStyle w:val="Heading1"/>
      </w:pPr>
      <w:r>
        <w:t>HABILIDADES</w:t>
      </w:r>
    </w:p>
    <w:p>
      <w:r>
        <w:t>[Habilidade] — [Onde você a utilizou e o que consegue fazer]</w:t>
      </w:r>
    </w:p>
    <w:p>
      <w:r>
        <w:t>[Habilidade] — [Onde você a utilizou e o que consegue fazer]</w:t>
      </w:r>
    </w:p>
    <w:p>
      <w:pPr>
        <w:pStyle w:val="Heading1"/>
      </w:pPr>
      <w:r>
        <w:t>CURSOS COMPLEMENTARES</w:t>
      </w:r>
    </w:p>
    <w:p>
      <w:r>
        <w:t>[Curso concluído, instituição e data — remova a seção se não se aplicar]</w:t>
      </w:r>
    </w:p>
    <w:p>
      <w:pPr>
        <w:pStyle w:val="Heading1"/>
      </w:pPr>
      <w:r>
        <w:t>DISPONIBILIDADE</w:t>
      </w:r>
    </w:p>
    <w:p>
      <w:r>
        <w:t>[Informação solicitada no anúncio e compatível com seus horários reais]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000000"/>
      <w:sz w:val="22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 sem experiência</dc:title>
  <dc:subject>Editable application template</dc:subject>
  <dc:creator>Sduella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