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Your full name</w:t>
      </w:r>
    </w:p>
    <w:p>
      <w:r>
        <w:t>[City or town] | [Phone] | [Email] | [Portfolio or LinkedIn if useful]</w:t>
      </w:r>
    </w:p>
    <w:p>
      <w:pPr>
        <w:pStyle w:val="Heading1"/>
      </w:pPr>
      <w:r>
        <w:t>PROFILE</w:t>
      </w:r>
    </w:p>
    <w:p>
      <w:r>
        <w:t>[Your current qualification or training.] [One relevant skill supported by an example.] [The kind of role you are applying for.]</w:t>
      </w:r>
    </w:p>
    <w:p>
      <w:pPr>
        <w:pStyle w:val="Heading1"/>
      </w:pPr>
      <w:r>
        <w:t>EDUCATION</w:t>
      </w:r>
    </w:p>
    <w:p>
      <w:r>
        <w:t>[Qualification] — [School, college or university]</w:t>
      </w:r>
    </w:p>
    <w:p>
      <w:r>
        <w:t>[Dates or expected completion date]</w:t>
      </w:r>
    </w:p>
    <w:p>
      <w:r>
        <w:t>[Relevant subjects, modules or completed practical work]</w:t>
      </w:r>
    </w:p>
    <w:p>
      <w:pPr>
        <w:pStyle w:val="Heading1"/>
      </w:pPr>
      <w:r>
        <w:t>PROJECTS AND EXPERIENCE</w:t>
      </w:r>
    </w:p>
    <w:p>
      <w:r>
        <w:t>[Project, volunteer activity or informal work] — [Dates]</w:t>
      </w:r>
    </w:p>
    <w:p>
      <w:pPr>
        <w:pStyle w:val="ListBullet"/>
      </w:pPr>
      <w:r>
        <w:t>[What you personally did, the tool or method you used, and what happened.]</w:t>
      </w:r>
    </w:p>
    <w:p>
      <w:pPr>
        <w:pStyle w:val="ListBullet"/>
      </w:pPr>
      <w:r>
        <w:t>[A second task relevant to this application.]</w:t>
      </w:r>
    </w:p>
    <w:p>
      <w:pPr>
        <w:pStyle w:val="Heading1"/>
      </w:pPr>
      <w:r>
        <w:t>SKILLS</w:t>
      </w:r>
    </w:p>
    <w:p>
      <w:r>
        <w:t>[Skill] — [Where you used it and what you can do without help]</w:t>
      </w:r>
    </w:p>
    <w:p>
      <w:r>
        <w:t>[Skill] — [Where you used it and what you can do without help]</w:t>
      </w:r>
    </w:p>
    <w:p>
      <w:pPr>
        <w:pStyle w:val="Heading1"/>
      </w:pPr>
      <w:r>
        <w:t>COURSES OR CERTIFICATES</w:t>
      </w:r>
    </w:p>
    <w:p>
      <w:r>
        <w:t>[Completed course, provider and completion date — remove this section if unused]</w:t>
      </w:r>
    </w:p>
    <w:p>
      <w:pPr>
        <w:pStyle w:val="Heading1"/>
      </w:pPr>
      <w:r>
        <w:t>REFERENCES</w:t>
      </w:r>
    </w:p>
    <w:p>
      <w:r>
        <w:t>[Provide references in the format requested by the employer. Ask the person before sharing their contact details.]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color w:val="000000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and résumé template with no work experience</dc:title>
  <dc:subject>Editable application template</dc:subject>
  <dc:creator>Sduella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