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full name</w:t>
      </w:r>
    </w:p>
    <w:p>
      <w:r>
        <w:t>[Phone] | [Email]</w:t>
      </w:r>
    </w:p>
    <w:p>
      <w:r>
        <w:t>[Date]</w:t>
      </w:r>
    </w:p>
    <w:p>
      <w:r>
        <w:t>[Recipient or recruitment team]</w:t>
      </w:r>
    </w:p>
    <w:p>
      <w:r>
        <w:t>[Organisation]</w:t>
      </w:r>
    </w:p>
    <w:p>
      <w:r>
        <w:t>Application for [role title and reference]</w:t>
      </w:r>
    </w:p>
    <w:p>
      <w:r>
        <w:t>Dear [name or recruitment team],</w:t>
      </w:r>
    </w:p>
    <w:p>
      <w:r>
        <w:t>I am applying for [role] advertised on [source]. I have [relevant qualification or experience] and am interested in [specific work this role involves].</w:t>
      </w:r>
    </w:p>
    <w:p>
      <w:r>
        <w:t>Your advert asks for [requirement]. In [real project, job or activity], I [your action] using [relevant method or tool]. This resulted in [an outcome you can support].</w:t>
      </w:r>
    </w:p>
    <w:p>
      <w:r>
        <w:t>I can also contribute [second requirement]. For example, [a short, different piece of evidence].</w:t>
      </w:r>
    </w:p>
    <w:p>
      <w:r>
        <w:t>I am interested in [organisation] because [a specific fact about its work and why it relates to your interests or experience].</w:t>
      </w:r>
    </w:p>
    <w:p>
      <w:r>
        <w:t>I have attached [requested documents]. Thank you for considering my application. I can be contacted on [phone or email].</w:t>
      </w:r>
    </w:p>
    <w:p>
      <w:r>
        <w:t>Kind regards,</w:t>
      </w:r>
    </w:p>
    <w:p>
      <w:r>
        <w:t>[Your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 and writing guide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