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Bursary motivation letter</w:t>
      </w:r>
    </w:p>
    <w:p>
      <w:r>
        <w:t>[Your name] | [Contact details]</w:t>
      </w:r>
    </w:p>
    <w:p>
      <w:r>
        <w:t>[Date]</w:t>
      </w:r>
    </w:p>
    <w:p>
      <w:r>
        <w:t>Application for [bursary name and reference]</w:t>
      </w:r>
    </w:p>
    <w:p>
      <w:r>
        <w:t>Dear [funder or selection team],</w:t>
      </w:r>
    </w:p>
    <w:p>
      <w:r>
        <w:t>I am applying for [bursary] to support [qualification] at [institution], starting or continuing in [year]. My current application or registration status is [status].</w:t>
      </w:r>
    </w:p>
    <w:p>
      <w:r>
        <w:t>I chose this course because [specific reason connected to the course or profession]. My interest is supported by [real subject, project, work or other experience].</w:t>
      </w:r>
    </w:p>
    <w:p>
      <w:r>
        <w:t>My relevant academic evidence includes [results, completed modules or progression]. In [example], I [your own action and an outcome you can explain].</w:t>
      </w:r>
    </w:p>
    <w:p>
      <w:r>
        <w:t>[If financial need is requested: explain the study costs you need help with, existing support and the remaining gap. Use figures that agree with your supporting documents.]</w:t>
      </w:r>
    </w:p>
    <w:p>
      <w:r>
        <w:t>This bursary's focus on [published criterion] matches my application because [your evidence]. I have read the stated conditions, including [any obligation that actually applies].</w:t>
      </w:r>
    </w:p>
    <w:p>
      <w:r>
        <w:t>I have attached [the documents requested in the call]. Thank you for considering my application.</w:t>
      </w:r>
    </w:p>
    <w:p>
      <w:r>
        <w:t>Kind regards,</w:t>
      </w:r>
    </w:p>
    <w:p>
      <w:r>
        <w:t>[Your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Bursary motivation letter template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